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המושגים המרכזיים הקשורים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תאריך החג ומקום עריכת הטקס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מושגים בשפת געז לפירושם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במשחק ההתאמה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הקס הוא מנהיג דתי ורוחני, לא כלי נגינה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הוגדר במשחק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אוריתא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(בית ישראל – שם הקהילה היהודית באתיופיה)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(ספר התורה של הקהילה, כתוב בשפת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(מנהיג דתי ורוחני, מוביל את התפילה)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(השפה העתיקה של התפילות וכתבי הקודש)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סיגד פירושו תחינה או בקשה, והחג הוא יום של תפילה ובקשה מהקהילה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למחשבה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 לפחות שלושה מושגים מהדף (כגון קס, אוריתא, ארמון הנציב) והסבר קצר על משמעות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תחינה או בקשה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כ״ט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משחק ההתאמה מהאתר לפני מילוי הדף כדי לחזק את הזיכרון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קריאה נכונה של המילים בשפת געז בקול רם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שימוש בלפחות שלושה מושגים מתוך רשימת המילים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חג הסיגד הוא חג של קהילת ביתא ישראל, יהודי אתיופיה. בדף זה נתרגל את המושגים המרכזיים הקשורים לחג, כמו שמופיעים במשחק ההתאמה באתר.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סיגד  ·  אוריתא  ·  קס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השם ביתא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בית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שפה כתוב ספר האוריתא?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אמהרית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מוביל את התפילה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החזן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ביתא ישראל הוא שמה של קהילת יהודי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הקס הוא כלי נגינה שמנגנים בו בחג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מהללה פירושה השתחוות או סגידה בשפת געז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מנהיג דתי ורוחני שמוביל את התפילה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שמו המקורי של החג הוא __________, שפירושו בקשה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הוא ספר התורה של הקהילה, כתוב בשפת געז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בֵּיתָא יִשְׂרָאֵל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ספר התורה של הקהילה, כתוב בשפת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אוֹרִית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השפה העתיקה של התפילות וכתבי הקודש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קֵס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בית ישראל – שם הקהילה היהודית באתיופיה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גֶּעְז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מנהיג דתי ורוחני, מוביל את התפילה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הקשר בין המילה סיגד למשמעות החג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למחשבה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שמסבירה לתלמיד חדש מה זה חג הסיגד, אילו מושגים קשורים אליו והיכן הוא נחגג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המילה 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מוביל את התפילה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