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המרכזיים הקשורים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תאריך החג ומקום עריכת הטקס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מושגים בשפת געז לפירושם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ארמון הנציב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50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במשחק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הקס הוא מנהיג דתי ורוחני, לא כלי נגינה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הוגדר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החג חל בכ״ט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כך במשחק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געז היא שפה עתיקה של תפילות וכתבי קודש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כ״ט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ארמון הנציב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מהללה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(בית ישראל – שם הקהילה היהודית באתיופיה)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 התורה של הקהילה, כתוב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(מנהיג דתי ורוחני, מוביל את התפילה)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(השפה העתיקה של התפילות וכתבי הקודש)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(השתחוות או סגידה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(הטיילת בירושלים שבה נערכת התפילה המרכזית)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 פירושו תחינה או בקשה, והחג הוא יום של תפילה ובקשה מהקהילה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 הוא המנהיג הדתי שמוביל את התפילות ושומר על המסורת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לפחות שלושה מושגים מהדף (כגון קס, אוריתא, ארמון הנציב) והסבר קצר על משמעות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תחינה או בקשה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משחק ההתאמה מהאתר לפני מילוי הדף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קריאה נכונה של המילים בשפת געז בקול רם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בלפחות שלושה מושגים מתוך רשימת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יהודי אתיופיה. נלמד מילים חשובות שקשורות 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בֵּיתָא יִשְׂרָאֵל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הקהילה היהודית שבאה מאתיופיה, פירושו בית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אוֹרִית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התורה של הקהילה, כתוב בשפת 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גֶּעְז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שבה כתובים התפילות וספרי הקודש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קֵס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ורוחני שמוביל את התפילה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מֶהֶלְלָה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בשפת געז שפירושה השתחוות או סגידה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סִיגְד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החג, במקור פירושו תחינה או בקשה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ארמון הנציב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בירושלים שבו נערכת היום התפילה המרכזית של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כ״ט בחשוון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העברי שבו חל חג הסיגד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המילים ביתא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שפת כתב היד של האוריתא?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האדם שמנהל את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המקורית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מקום בירושלים חוגגים את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הכותל המערבי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ארמון הנציב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עמק רפאים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זמן אחרי יום הכיפורים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ביתא ישראל הוא שמה של קהילת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הוא כלי נגינה שמנגנים בו בחג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מהללה פירושה השתחוות או סגידה בשפת געז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האוריתא הוא ספר התורה של 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געז היא שפה מודרנית שמדברים בה היום ברחוב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מנהיג דתי ורוחני שמוביל את התפילה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שמו המקורי של החג הוא __________, שפירושו בקשה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ספר התורה של הקהילה, כתוב בשפת 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החג חל בתאריך __________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התפילה המרכזית נערכת היום ב__________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המילה __________ פירושה השתחוות או סגידה בשפת געז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בֵּיתָא יִשְׂרָאֵל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השתחוות או סגידה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אוֹרִית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השפה העתיקה של התפילות וכתבי הקודש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קֵס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התורה של הקהילה, כתוב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גֶּעְז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דתי ורוחני, מוביל את התפילה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מֶהֶלְלָה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הטיילת בירושלים שבה נערכת התפילה המרכזית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בית ישראל – שם הקהילה היהודית באתיופיה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הקשר בין המילה סיגד למשמעות החג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שיש קס בקהילה? תארו את תפקידו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למחשבה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שמסבירה לתלמיד חדש מה זה חג הסיגד, אילו מושגים קשורים אליו והיכן הוא נחגג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התפילה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תאריך עברי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