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תאריך החג ומקום עריכת הטקס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מושגים בשפת געז לפירושם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50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 ורוחני, לא כלי נגינה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הוגדר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געז היא שפה עתיקה של תפילות וכתבי קודש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כ״ט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מהללה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(בית ישראל – שם הקהילה היהודית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 דתי ורוחני,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(השפה העתיקה של התפילות וכתבי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(השתחוות או סגידה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(הטיילת בירושלים שבה נערכת התפילה המרכזית)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פירושו תחינה או בקשה, והחג הוא יום של תפילה ובקשה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הוא המנהיג הדתי שמוביל את התפילות ושומר על 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לפחות שלושה מושגים מהדף (כגון קס, אוריתא, ארמון הנציב) והסבר קצר על משמעות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תחינה או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ההתאמה מהאתר לפני מילוי הדף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נכונה של המילים בשפת געז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בלפחות שלושה מושגים מתוך רשימת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ישראל, יהודי אתיופיה. בדף זה נתרגל את המושגים המרכזיים הקשורים לחג, כמו שמופיעים במשחק ההתאמה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השם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כתוב ספר האוריתא?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מוביל את התפילה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סיגד במקור?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נערכת היום התפילה המרכזית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הכותל המערבי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ארמון הנציב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עמק רפאים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ביתא ישראל הוא שמה של קהילת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כלי נגינה שמנגנים בו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מהללה פירושה השתחוות או סגידה בשפת געז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האוריתא הוא ספר התורה של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געז היא שפה מודרנית שמדברים בה היום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מנהיג דתי ורוחני שמוביל את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שמו המקורי של החג הוא __________, שפירושו 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ספר התורה של הקהילה, כתוב בשפת 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חל בתאריך __________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התפילה המרכזית נערכת היום ב__________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__________ פירושה השתחוות או סגידה בשפת געז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בֵּיתָא יִשְׂרָאֵל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העתיקה של התפילות וכתבי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אוֹרִית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דתי ורוחני, מוביל את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קֵס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 או 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גֶּעְז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הטיילת בירושלים שבה נערכת התפילה המרכזית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מֶהֶלְלָה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ישראל – שם הקהילה היהודית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ספר התורה של הקהילה, כתוב בשפת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הקשר בין המילה סיגד למשמעות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שיש קס בקהילה? תארו את תפקידו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לתלמיד חדש מה זה חג הסיגד, אילו מושגים קשורים אליו והיכן הוא נחגג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עברי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